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Kit stage d'observation de 3e</w:t>
      </w:r>
    </w:p>
    <w:p>
      <w:pPr>
        <w:pStyle w:val="Title"/>
      </w:pPr>
      <w:r>
        <w:t>Fiche élève</w:t>
      </w:r>
    </w:p>
    <w:p>
      <w:pPr>
        <w:pStyle w:val="Heading1"/>
      </w:pPr>
      <w:r>
        <w:t>Carnet de bord du stage d'observation</w:t>
      </w:r>
    </w:p>
    <w:p>
      <w:r>
        <w:t>Nom et prénom : ......................................... Classe : ........</w:t>
      </w:r>
    </w:p>
    <w:p>
      <w:r>
        <w:t>Structure d'accueil : ......................................... Tuteur : .........................................</w:t>
      </w:r>
    </w:p>
    <w:p>
      <w:r>
        <w:t>Dates du stage : du .................. au .................. Horaires : ..................</w:t>
      </w:r>
    </w:p>
    <w:p>
      <w:pPr>
        <w:pStyle w:val="Heading2"/>
      </w:pPr>
      <w:r>
        <w:t>Avant le stage : à vérifier</w:t>
      </w:r>
    </w:p>
    <w:p>
      <w:pPr>
        <w:pStyle w:val="ListBullet"/>
      </w:pPr>
      <w:r>
        <w:t>Ma convention est signée par les trois parties et je l'ai rendue au secrétariat.</w:t>
      </w:r>
    </w:p>
    <w:p>
      <w:pPr>
        <w:pStyle w:val="ListBullet"/>
      </w:pPr>
      <w:r>
        <w:t>Je sais à quelle heure et à quelle porte me présenter le premier jour.</w:t>
      </w:r>
    </w:p>
    <w:p>
      <w:pPr>
        <w:pStyle w:val="ListBullet"/>
      </w:pPr>
      <w:r>
        <w:t>Je connais le nom de la personne qui m'accueille.</w:t>
      </w:r>
    </w:p>
    <w:p>
      <w:pPr>
        <w:pStyle w:val="ListBullet"/>
      </w:pPr>
      <w:r>
        <w:t>Je sais comment prévenir en cas d'absence, avec un numéro noté.</w:t>
      </w:r>
    </w:p>
    <w:p>
      <w:pPr>
        <w:pStyle w:val="ListBullet"/>
      </w:pPr>
      <w:r>
        <w:t>Je sais quelle tenue porter et ce que je dois apporter.</w:t>
      </w:r>
    </w:p>
    <w:p>
      <w:pPr>
        <w:pStyle w:val="Heading2"/>
      </w:pPr>
      <w:r>
        <w:t>Chaque jour : ce que j'ai observé</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Jour</w:t>
            </w:r>
          </w:p>
        </w:tc>
        <w:tc>
          <w:tcPr>
            <w:tcW w:type="dxa" w:w="2160"/>
          </w:tcPr>
          <w:p>
            <w:r>
              <w:t>Une activité observée en détail</w:t>
            </w:r>
          </w:p>
        </w:tc>
        <w:tc>
          <w:tcPr>
            <w:tcW w:type="dxa" w:w="2160"/>
          </w:tcPr>
          <w:p>
            <w:r>
              <w:t>Un mot du métier appris</w:t>
            </w:r>
          </w:p>
        </w:tc>
        <w:tc>
          <w:tcPr>
            <w:tcW w:type="dxa" w:w="2160"/>
          </w:tcPr>
          <w:p>
            <w:r>
              <w:t>Une question posée</w:t>
            </w:r>
          </w:p>
        </w:tc>
      </w:tr>
      <w:tr>
        <w:tc>
          <w:tcPr>
            <w:tcW w:type="dxa" w:w="2160"/>
          </w:tcPr>
          <w:p>
            <w:r>
              <w:t>Lundi</w:t>
            </w:r>
          </w:p>
        </w:tc>
        <w:tc>
          <w:tcPr>
            <w:tcW w:type="dxa" w:w="2160"/>
          </w:tcPr>
          <w:p>
            <w:r>
              <w:t>..............................</w:t>
            </w:r>
          </w:p>
        </w:tc>
        <w:tc>
          <w:tcPr>
            <w:tcW w:type="dxa" w:w="2160"/>
          </w:tcPr>
          <w:p>
            <w:r>
              <w:t>..............</w:t>
            </w:r>
          </w:p>
        </w:tc>
        <w:tc>
          <w:tcPr>
            <w:tcW w:type="dxa" w:w="2160"/>
          </w:tcPr>
          <w:p>
            <w:r>
              <w:t>..............................</w:t>
            </w:r>
          </w:p>
        </w:tc>
      </w:tr>
      <w:tr>
        <w:tc>
          <w:tcPr>
            <w:tcW w:type="dxa" w:w="2160"/>
          </w:tcPr>
          <w:p>
            <w:r>
              <w:t>Mardi</w:t>
            </w:r>
          </w:p>
        </w:tc>
        <w:tc>
          <w:tcPr>
            <w:tcW w:type="dxa" w:w="2160"/>
          </w:tcPr>
          <w:p>
            <w:r>
              <w:t>..............................</w:t>
            </w:r>
          </w:p>
        </w:tc>
        <w:tc>
          <w:tcPr>
            <w:tcW w:type="dxa" w:w="2160"/>
          </w:tcPr>
          <w:p>
            <w:r>
              <w:t>..............</w:t>
            </w:r>
          </w:p>
        </w:tc>
        <w:tc>
          <w:tcPr>
            <w:tcW w:type="dxa" w:w="2160"/>
          </w:tcPr>
          <w:p>
            <w:r>
              <w:t>..............................</w:t>
            </w:r>
          </w:p>
        </w:tc>
      </w:tr>
      <w:tr>
        <w:tc>
          <w:tcPr>
            <w:tcW w:type="dxa" w:w="2160"/>
          </w:tcPr>
          <w:p>
            <w:r>
              <w:t>Mercredi</w:t>
            </w:r>
          </w:p>
        </w:tc>
        <w:tc>
          <w:tcPr>
            <w:tcW w:type="dxa" w:w="2160"/>
          </w:tcPr>
          <w:p>
            <w:r>
              <w:t>..............................</w:t>
            </w:r>
          </w:p>
        </w:tc>
        <w:tc>
          <w:tcPr>
            <w:tcW w:type="dxa" w:w="2160"/>
          </w:tcPr>
          <w:p>
            <w:r>
              <w:t>..............</w:t>
            </w:r>
          </w:p>
        </w:tc>
        <w:tc>
          <w:tcPr>
            <w:tcW w:type="dxa" w:w="2160"/>
          </w:tcPr>
          <w:p>
            <w:r>
              <w:t>..............................</w:t>
            </w:r>
          </w:p>
        </w:tc>
      </w:tr>
      <w:tr>
        <w:tc>
          <w:tcPr>
            <w:tcW w:type="dxa" w:w="2160"/>
          </w:tcPr>
          <w:p>
            <w:r>
              <w:t>Jeudi</w:t>
            </w:r>
          </w:p>
        </w:tc>
        <w:tc>
          <w:tcPr>
            <w:tcW w:type="dxa" w:w="2160"/>
          </w:tcPr>
          <w:p>
            <w:r>
              <w:t>..............................</w:t>
            </w:r>
          </w:p>
        </w:tc>
        <w:tc>
          <w:tcPr>
            <w:tcW w:type="dxa" w:w="2160"/>
          </w:tcPr>
          <w:p>
            <w:r>
              <w:t>..............</w:t>
            </w:r>
          </w:p>
        </w:tc>
        <w:tc>
          <w:tcPr>
            <w:tcW w:type="dxa" w:w="2160"/>
          </w:tcPr>
          <w:p>
            <w:r>
              <w:t>..............................</w:t>
            </w:r>
          </w:p>
        </w:tc>
      </w:tr>
      <w:tr>
        <w:tc>
          <w:tcPr>
            <w:tcW w:type="dxa" w:w="2160"/>
          </w:tcPr>
          <w:p>
            <w:r>
              <w:t>Vendredi</w:t>
            </w:r>
          </w:p>
        </w:tc>
        <w:tc>
          <w:tcPr>
            <w:tcW w:type="dxa" w:w="2160"/>
          </w:tcPr>
          <w:p>
            <w:r>
              <w:t>..............................</w:t>
            </w:r>
          </w:p>
        </w:tc>
        <w:tc>
          <w:tcPr>
            <w:tcW w:type="dxa" w:w="2160"/>
          </w:tcPr>
          <w:p>
            <w:r>
              <w:t>..............</w:t>
            </w:r>
          </w:p>
        </w:tc>
        <w:tc>
          <w:tcPr>
            <w:tcW w:type="dxa" w:w="2160"/>
          </w:tcPr>
          <w:p>
            <w:r>
              <w:t>..............................</w:t>
            </w:r>
          </w:p>
        </w:tc>
      </w:tr>
    </w:tbl>
    <w:p>
      <w:pPr>
        <w:pStyle w:val="Heading2"/>
      </w:pPr>
      <w:r>
        <w:t>La structure qui m'accueille</w:t>
      </w:r>
    </w:p>
    <w:p>
      <w:r>
        <w:t>Nom et activité principale : .............................................................</w:t>
      </w:r>
    </w:p>
    <w:p>
      <w:r>
        <w:t>Nombre de personnes qui y travaillent : ..................</w:t>
      </w:r>
    </w:p>
    <w:p>
      <w:r>
        <w:t>Trois métiers différents que j'y ai vus : ................. , ................. , .................</w:t>
      </w:r>
    </w:p>
    <w:p>
      <w:pPr>
        <w:pStyle w:val="Heading2"/>
      </w:pPr>
      <w:r>
        <w:t>Le métier que j'ai suivi de plus près</w:t>
      </w:r>
    </w:p>
    <w:p>
      <w:r>
        <w:t>Nom du métier : ......................................... Secteur : .........................................</w:t>
      </w:r>
    </w:p>
    <w:p>
      <w:r>
        <w:t>Quatre activités de la journée, avec des verbes d'action :</w:t>
      </w:r>
    </w:p>
    <w:p>
      <w:r>
        <w:t>1. ............................................................. 2. .............................................................</w:t>
      </w:r>
    </w:p>
    <w:p>
      <w:r>
        <w:t>3. ............................................................. 4. .............................................................</w:t>
      </w:r>
    </w:p>
    <w:p>
      <w:r>
        <w:t>Horaires réels, lieu de travail, personnes avec qui l'on travaille : .............................................................</w:t>
      </w:r>
    </w:p>
    <w:p>
      <w:r>
        <w:t>Ce qui demande de la formation ou une habilitation : .............................................................</w:t>
      </w:r>
    </w:p>
    <w:p>
      <w:pPr>
        <w:pStyle w:val="Heading2"/>
      </w:pPr>
      <w:r>
        <w:t>Cinq questions à poser à mon tuteur</w:t>
      </w:r>
    </w:p>
    <w:p>
      <w:r>
        <w:t>1. Comment êtes vous arrivé à ce métier, par quelle formation ?</w:t>
      </w:r>
    </w:p>
    <w:p>
      <w:r>
        <w:t>2. Que faites vous concrètement dans la première heure de votre journée ?</w:t>
      </w:r>
    </w:p>
    <w:p>
      <w:r>
        <w:t>3. Qu'est ce qui est le plus difficile dans votre travail ?</w:t>
      </w:r>
    </w:p>
    <w:p>
      <w:r>
        <w:t>4. Qu'est ce qui vous plaît le plus ?</w:t>
      </w:r>
    </w:p>
    <w:p>
      <w:r>
        <w:t>5. Que conseilleriez vous à un élève de 3e qui voudrait faire ce métier ?</w:t>
      </w:r>
    </w:p>
    <w:p>
      <w:pPr>
        <w:pStyle w:val="Heading2"/>
      </w:pPr>
      <w:r>
        <w:t>Après le stage</w:t>
      </w:r>
    </w:p>
    <w:p>
      <w:r>
        <w:t>Ce que je pensais de ce métier avant : .............................................................</w:t>
      </w:r>
    </w:p>
    <w:p>
      <w:r>
        <w:t>Ce que j'en pense maintenant : .............................................................</w:t>
      </w:r>
    </w:p>
    <w:p>
      <w:r>
        <w:t>Ce stage me donne envie de ..................................... et pas envie de .....................................</w:t>
      </w:r>
    </w:p>
    <w:p>
      <w:r>
        <w:t>À rendre : le carnet complété et le rapport de stage, à la date indiquée par votre professeur. Pensez à envoyer un message de remerciement à votre tuteur.</w:t>
      </w:r>
    </w:p>
    <w:p>
      <w:pPr>
        <w:pStyle w:val="Title"/>
      </w:pPr>
      <w:r>
        <w:t>Fiche enseignant</w:t>
      </w:r>
    </w:p>
    <w:p>
      <w:pPr>
        <w:pStyle w:val="Heading1"/>
      </w:pPr>
      <w:r>
        <w:t>Objectifs</w:t>
      </w:r>
    </w:p>
    <w:p>
      <w:pPr>
        <w:pStyle w:val="ListBullet"/>
      </w:pPr>
      <w:r>
        <w:t>Organiser la séquence d'observation obligatoire de 3e du lancement à la restitution, avec un calendrier tenable pour l'équipe.</w:t>
      </w:r>
    </w:p>
    <w:p>
      <w:pPr>
        <w:pStyle w:val="ListBullet"/>
      </w:pPr>
      <w:r>
        <w:t>Faire chercher le stage par l'élève, sans laisser sans solution ceux qui n'ont pas de réseau familial.</w:t>
      </w:r>
    </w:p>
    <w:p>
      <w:pPr>
        <w:pStyle w:val="ListBullet"/>
      </w:pPr>
      <w:r>
        <w:t>Fournir un carnet de bord qui produit de la matière observable, et non des impressions.</w:t>
      </w:r>
    </w:p>
    <w:p>
      <w:pPr>
        <w:pStyle w:val="ListBullet"/>
      </w:pPr>
      <w:r>
        <w:t>Évaluer le rapport écrit et l'oral avec des critères connus des élèves à l'avance.</w:t>
      </w:r>
    </w:p>
    <w:p>
      <w:pPr>
        <w:pStyle w:val="ListBullet"/>
      </w:pPr>
      <w:r>
        <w:t>Réinvestir l'expérience dans les choix d'orientation de fin de 3e.</w:t>
      </w:r>
    </w:p>
    <w:p>
      <w:pPr>
        <w:pStyle w:val="Heading1"/>
      </w:pPr>
      <w:r>
        <w:t>Déroulé</w:t>
      </w:r>
    </w:p>
    <w:p>
      <w:pPr>
        <w:pStyle w:val="ListBullet"/>
      </w:pPr>
      <w:r>
        <w:t>Réunion d'équipe, en septembre (45 min hors classe) : répartition des rôles entre professeur principal, professeur documentaliste, CPE et direction, calage des dates.</w:t>
      </w:r>
    </w:p>
    <w:p>
      <w:pPr>
        <w:pStyle w:val="ListBullet"/>
      </w:pPr>
      <w:r>
        <w:t>Séance 1, lancement en classe (1 h) : cadre réglementaire, dates, remise du dossier élève et du courrier aux familles.</w:t>
      </w:r>
    </w:p>
    <w:p>
      <w:pPr>
        <w:pStyle w:val="ListBullet"/>
      </w:pPr>
      <w:r>
        <w:t>Séance 2, chercher son stage (1 h) : outils de recherche, lettre et curriculum vitae, appel téléphonique simulé.</w:t>
      </w:r>
    </w:p>
    <w:p>
      <w:pPr>
        <w:pStyle w:val="ListBullet"/>
      </w:pPr>
      <w:r>
        <w:t>Point de contrôle, six semaines avant (15 min) : recensement des élèves sans stage et activation des solutions de secours.</w:t>
      </w:r>
    </w:p>
    <w:p>
      <w:pPr>
        <w:pStyle w:val="ListBullet"/>
      </w:pPr>
      <w:r>
        <w:t>Séance 3, préparer l'observation (1 h) : prise en main du carnet de bord, questions à poser, règles de comportement et de confidentialité.</w:t>
      </w:r>
    </w:p>
    <w:p>
      <w:pPr>
        <w:pStyle w:val="ListBullet"/>
      </w:pPr>
      <w:r>
        <w:t>Semaine de stage : visite ou appel de suivi par un membre de l'équipe.</w:t>
      </w:r>
    </w:p>
    <w:p>
      <w:pPr>
        <w:pStyle w:val="ListBullet"/>
      </w:pPr>
      <w:r>
        <w:t>Séance 4, restitution (1 h) : oraux courts en demi-groupe, remise du rapport, retour collectif.</w:t>
      </w:r>
    </w:p>
    <w:p>
      <w:pPr>
        <w:pStyle w:val="Heading1"/>
      </w:pPr>
      <w:r>
        <w:t>Fiche enseignant : piloter la séquence d'observation</w:t>
      </w:r>
    </w:p>
    <w:p>
      <w:pPr>
        <w:pStyle w:val="Heading2"/>
      </w:pPr>
      <w:r>
        <w:t>Objectifs visés</w:t>
      </w:r>
    </w:p>
    <w:p>
      <w:pPr>
        <w:pStyle w:val="ListBullet"/>
      </w:pPr>
      <w:r>
        <w:t>Garantir que chaque élève de 3e effectue ses cinq jours d'observation, sans exception.</w:t>
      </w:r>
    </w:p>
    <w:p>
      <w:pPr>
        <w:pStyle w:val="ListBullet"/>
      </w:pPr>
      <w:r>
        <w:t>Faire de la semaine un temps d'observation outillé, et non une simple présence.</w:t>
      </w:r>
    </w:p>
    <w:p>
      <w:pPr>
        <w:pStyle w:val="ListBullet"/>
      </w:pPr>
      <w:r>
        <w:t>Produire deux évaluations lisibles, l'écrit et l'oral, avec des critères annoncés.</w:t>
      </w:r>
    </w:p>
    <w:p>
      <w:pPr>
        <w:pStyle w:val="ListBullet"/>
      </w:pPr>
      <w:r>
        <w:t>Relier l'expérience aux choix d'orientation de fin d'année.</w:t>
      </w:r>
    </w:p>
    <w:p>
      <w:pPr>
        <w:pStyle w:val="Heading2"/>
      </w:pPr>
      <w:r>
        <w:t>Calendrier de l'équipe</w:t>
      </w:r>
    </w:p>
    <w:tbl>
      <w:tblPr>
        <w:tblStyle w:val="TableGrid"/>
        <w:tblW w:type="auto" w:w="0"/>
        <w:tblLook w:firstColumn="1" w:firstRow="1" w:lastColumn="0" w:lastRow="0" w:noHBand="0" w:noVBand="1" w:val="04A0"/>
      </w:tblPr>
      <w:tblGrid>
        <w:gridCol w:w="2880"/>
        <w:gridCol w:w="2880"/>
        <w:gridCol w:w="2880"/>
      </w:tblGrid>
      <w:tr>
        <w:tc>
          <w:tcPr>
            <w:tcW w:type="dxa" w:w="2880"/>
          </w:tcPr>
          <w:p>
            <w:r>
              <w:t>Moment</w:t>
            </w:r>
          </w:p>
        </w:tc>
        <w:tc>
          <w:tcPr>
            <w:tcW w:type="dxa" w:w="2880"/>
          </w:tcPr>
          <w:p>
            <w:r>
              <w:t>Action</w:t>
            </w:r>
          </w:p>
        </w:tc>
        <w:tc>
          <w:tcPr>
            <w:tcW w:type="dxa" w:w="2880"/>
          </w:tcPr>
          <w:p>
            <w:r>
              <w:t>Qui</w:t>
            </w:r>
          </w:p>
        </w:tc>
      </w:tr>
      <w:tr>
        <w:tc>
          <w:tcPr>
            <w:tcW w:type="dxa" w:w="2880"/>
          </w:tcPr>
          <w:p>
            <w:r>
              <w:t>Septembre</w:t>
            </w:r>
          </w:p>
        </w:tc>
        <w:tc>
          <w:tcPr>
            <w:tcW w:type="dxa" w:w="2880"/>
          </w:tcPr>
          <w:p>
            <w:r>
              <w:t>Dates arrêtées, rôles répartis, conventions préparées</w:t>
            </w:r>
          </w:p>
        </w:tc>
        <w:tc>
          <w:tcPr>
            <w:tcW w:type="dxa" w:w="2880"/>
          </w:tcPr>
          <w:p>
            <w:r>
              <w:t>Direction et CPE</w:t>
            </w:r>
          </w:p>
        </w:tc>
      </w:tr>
      <w:tr>
        <w:tc>
          <w:tcPr>
            <w:tcW w:type="dxa" w:w="2880"/>
          </w:tcPr>
          <w:p>
            <w:r>
              <w:t>Semaine moins 10</w:t>
            </w:r>
          </w:p>
        </w:tc>
        <w:tc>
          <w:tcPr>
            <w:tcW w:type="dxa" w:w="2880"/>
          </w:tcPr>
          <w:p>
            <w:r>
              <w:t>Séance 1, lancement, remise du dossier et du courrier aux familles</w:t>
            </w:r>
          </w:p>
        </w:tc>
        <w:tc>
          <w:tcPr>
            <w:tcW w:type="dxa" w:w="2880"/>
          </w:tcPr>
          <w:p>
            <w:r>
              <w:t>Professeur principal</w:t>
            </w:r>
          </w:p>
        </w:tc>
      </w:tr>
      <w:tr>
        <w:tc>
          <w:tcPr>
            <w:tcW w:type="dxa" w:w="2880"/>
          </w:tcPr>
          <w:p>
            <w:r>
              <w:t>Semaine moins 9</w:t>
            </w:r>
          </w:p>
        </w:tc>
        <w:tc>
          <w:tcPr>
            <w:tcW w:type="dxa" w:w="2880"/>
          </w:tcPr>
          <w:p>
            <w:r>
              <w:t>Séance 2, recherche du stage, lettre et curriculum vitae</w:t>
            </w:r>
          </w:p>
        </w:tc>
        <w:tc>
          <w:tcPr>
            <w:tcW w:type="dxa" w:w="2880"/>
          </w:tcPr>
          <w:p>
            <w:r>
              <w:t>Professeur principal et professeur documentaliste</w:t>
            </w:r>
          </w:p>
        </w:tc>
      </w:tr>
      <w:tr>
        <w:tc>
          <w:tcPr>
            <w:tcW w:type="dxa" w:w="2880"/>
          </w:tcPr>
          <w:p>
            <w:r>
              <w:t>Semaine moins 6</w:t>
            </w:r>
          </w:p>
        </w:tc>
        <w:tc>
          <w:tcPr>
            <w:tcW w:type="dxa" w:w="2880"/>
          </w:tcPr>
          <w:p>
            <w:r>
              <w:t>Point de contrôle, recensement des élèves sans stage</w:t>
            </w:r>
          </w:p>
        </w:tc>
        <w:tc>
          <w:tcPr>
            <w:tcW w:type="dxa" w:w="2880"/>
          </w:tcPr>
          <w:p>
            <w:r>
              <w:t>Professeur principal</w:t>
            </w:r>
          </w:p>
        </w:tc>
      </w:tr>
      <w:tr>
        <w:tc>
          <w:tcPr>
            <w:tcW w:type="dxa" w:w="2880"/>
          </w:tcPr>
          <w:p>
            <w:r>
              <w:t>Semaine moins 4</w:t>
            </w:r>
          </w:p>
        </w:tc>
        <w:tc>
          <w:tcPr>
            <w:tcW w:type="dxa" w:w="2880"/>
          </w:tcPr>
          <w:p>
            <w:r>
              <w:t>Solutions de secours activées, conventions signées collectées</w:t>
            </w:r>
          </w:p>
        </w:tc>
        <w:tc>
          <w:tcPr>
            <w:tcW w:type="dxa" w:w="2880"/>
          </w:tcPr>
          <w:p>
            <w:r>
              <w:t>CPE et secrétariat</w:t>
            </w:r>
          </w:p>
        </w:tc>
      </w:tr>
      <w:tr>
        <w:tc>
          <w:tcPr>
            <w:tcW w:type="dxa" w:w="2880"/>
          </w:tcPr>
          <w:p>
            <w:r>
              <w:t>Semaine moins 1</w:t>
            </w:r>
          </w:p>
        </w:tc>
        <w:tc>
          <w:tcPr>
            <w:tcW w:type="dxa" w:w="2880"/>
          </w:tcPr>
          <w:p>
            <w:r>
              <w:t>Séance 3, prise en main du carnet de bord et règles de comportement</w:t>
            </w:r>
          </w:p>
        </w:tc>
        <w:tc>
          <w:tcPr>
            <w:tcW w:type="dxa" w:w="2880"/>
          </w:tcPr>
          <w:p>
            <w:r>
              <w:t>Professeur principal</w:t>
            </w:r>
          </w:p>
        </w:tc>
      </w:tr>
      <w:tr>
        <w:tc>
          <w:tcPr>
            <w:tcW w:type="dxa" w:w="2880"/>
          </w:tcPr>
          <w:p>
            <w:r>
              <w:t>Semaine de stage</w:t>
            </w:r>
          </w:p>
        </w:tc>
        <w:tc>
          <w:tcPr>
            <w:tcW w:type="dxa" w:w="2880"/>
          </w:tcPr>
          <w:p>
            <w:r>
              <w:t>Visites et appels de suivi répartis</w:t>
            </w:r>
          </w:p>
        </w:tc>
        <w:tc>
          <w:tcPr>
            <w:tcW w:type="dxa" w:w="2880"/>
          </w:tcPr>
          <w:p>
            <w:r>
              <w:t>Équipe pédagogique</w:t>
            </w:r>
          </w:p>
        </w:tc>
      </w:tr>
      <w:tr>
        <w:tc>
          <w:tcPr>
            <w:tcW w:type="dxa" w:w="2880"/>
          </w:tcPr>
          <w:p>
            <w:r>
              <w:t>Semaine plus 2</w:t>
            </w:r>
          </w:p>
        </w:tc>
        <w:tc>
          <w:tcPr>
            <w:tcW w:type="dxa" w:w="2880"/>
          </w:tcPr>
          <w:p>
            <w:r>
              <w:t>Séance 4, oraux et remise des rapports</w:t>
            </w:r>
          </w:p>
        </w:tc>
        <w:tc>
          <w:tcPr>
            <w:tcW w:type="dxa" w:w="2880"/>
          </w:tcPr>
          <w:p>
            <w:r>
              <w:t>Professeur principal</w:t>
            </w:r>
          </w:p>
        </w:tc>
      </w:tr>
    </w:tbl>
    <w:p>
      <w:pPr>
        <w:pStyle w:val="Heading2"/>
      </w:pPr>
      <w:r>
        <w:t>Déroulé détaillé des quatre séances</w:t>
      </w:r>
    </w:p>
    <w:p>
      <w:r>
        <w:t>Séance 1, lancement. Rappelez le cadre : cinq jours obligatoires en 3e, aucune gratification, convention signée par les trois parties. Distribuez le dossier complet et faites noter la date de remise du rapport dans les agendas. Annoncez les deux grilles d'évaluation dès ce moment.</w:t>
      </w:r>
    </w:p>
    <w:p>
      <w:r>
        <w:t>Séance 2, chercher son stage. Travaillez la lettre et le curriculum vitae avec le guide de la lettre de motivation et celui du curriculum vitae. Faites simuler l'appel téléphonique par deux, script écrit en main : c'est l'exercice qui débloque le plus d'élèves. Montrez les pistes par secteur, par exemple le stage de 3e dans la santé ou dans l'artisanat.</w:t>
      </w:r>
    </w:p>
    <w:p>
      <w:r>
        <w:t>Séance 3, préparer l'observation. Prise en main du carnet, entraînement à la question ouverte, rappel des règles : ponctualité, tenue, discrétion sur ce qui est vu et entendu, interdiction de photographier sans autorisation, conduite à tenir en cas de problème.</w:t>
      </w:r>
    </w:p>
    <w:p>
      <w:r>
        <w:t>Séance 4, restitution. Oraux de cinq minutes en demi-groupe, deux évaluateurs si possible. Terminez par un retour collectif sur les métiers découverts, secteur par secteur.</w:t>
      </w:r>
    </w:p>
    <w:p>
      <w:pPr>
        <w:pStyle w:val="Heading2"/>
      </w:pPr>
      <w:r>
        <w:t>Attendus et 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Non atteint</w:t>
            </w:r>
          </w:p>
        </w:tc>
        <w:tc>
          <w:tcPr>
            <w:tcW w:type="dxa" w:w="2160"/>
          </w:tcPr>
          <w:p>
            <w:r>
              <w:t>Atteint</w:t>
            </w:r>
          </w:p>
        </w:tc>
        <w:tc>
          <w:tcPr>
            <w:tcW w:type="dxa" w:w="2160"/>
          </w:tcPr>
          <w:p>
            <w:r>
              <w:t>Points</w:t>
            </w:r>
          </w:p>
        </w:tc>
      </w:tr>
      <w:tr>
        <w:tc>
          <w:tcPr>
            <w:tcW w:type="dxa" w:w="2160"/>
          </w:tcPr>
          <w:p>
            <w:r>
              <w:t>Présentation de la structure</w:t>
            </w:r>
          </w:p>
        </w:tc>
        <w:tc>
          <w:tcPr>
            <w:tcW w:type="dxa" w:w="2160"/>
          </w:tcPr>
          <w:p>
            <w:r>
              <w:t>Nom seul</w:t>
            </w:r>
          </w:p>
        </w:tc>
        <w:tc>
          <w:tcPr>
            <w:tcW w:type="dxa" w:w="2160"/>
          </w:tcPr>
          <w:p>
            <w:r>
              <w:t>Activité, taille, métiers présents</w:t>
            </w:r>
          </w:p>
        </w:tc>
        <w:tc>
          <w:tcPr>
            <w:tcW w:type="dxa" w:w="2160"/>
          </w:tcPr>
          <w:p>
            <w:r>
              <w:t>3</w:t>
            </w:r>
          </w:p>
        </w:tc>
      </w:tr>
      <w:tr>
        <w:tc>
          <w:tcPr>
            <w:tcW w:type="dxa" w:w="2160"/>
          </w:tcPr>
          <w:p>
            <w:r>
              <w:t>Description du métier observé</w:t>
            </w:r>
          </w:p>
        </w:tc>
        <w:tc>
          <w:tcPr>
            <w:tcW w:type="dxa" w:w="2160"/>
          </w:tcPr>
          <w:p>
            <w:r>
              <w:t>Généralités</w:t>
            </w:r>
          </w:p>
        </w:tc>
        <w:tc>
          <w:tcPr>
            <w:tcW w:type="dxa" w:w="2160"/>
          </w:tcPr>
          <w:p>
            <w:r>
              <w:t>Quatre activités concrètes, horaires, lieu</w:t>
            </w:r>
          </w:p>
        </w:tc>
        <w:tc>
          <w:tcPr>
            <w:tcW w:type="dxa" w:w="2160"/>
          </w:tcPr>
          <w:p>
            <w:r>
              <w:t>6</w:t>
            </w:r>
          </w:p>
        </w:tc>
      </w:tr>
      <w:tr>
        <w:tc>
          <w:tcPr>
            <w:tcW w:type="dxa" w:w="2160"/>
          </w:tcPr>
          <w:p>
            <w:r>
              <w:t>Carnet de bord complété</w:t>
            </w:r>
          </w:p>
        </w:tc>
        <w:tc>
          <w:tcPr>
            <w:tcW w:type="dxa" w:w="2160"/>
          </w:tcPr>
          <w:p>
            <w:r>
              <w:t>Rempli après coup</w:t>
            </w:r>
          </w:p>
        </w:tc>
        <w:tc>
          <w:tcPr>
            <w:tcW w:type="dxa" w:w="2160"/>
          </w:tcPr>
          <w:p>
            <w:r>
              <w:t>Cinq jours renseignés, questions posées</w:t>
            </w:r>
          </w:p>
        </w:tc>
        <w:tc>
          <w:tcPr>
            <w:tcW w:type="dxa" w:w="2160"/>
          </w:tcPr>
          <w:p>
            <w:r>
              <w:t>4</w:t>
            </w:r>
          </w:p>
        </w:tc>
      </w:tr>
      <w:tr>
        <w:tc>
          <w:tcPr>
            <w:tcW w:type="dxa" w:w="2160"/>
          </w:tcPr>
          <w:p>
            <w:r>
              <w:t>Regard personnel</w:t>
            </w:r>
          </w:p>
        </w:tc>
        <w:tc>
          <w:tcPr>
            <w:tcW w:type="dxa" w:w="2160"/>
          </w:tcPr>
          <w:p>
            <w:r>
              <w:t>« C'était bien »</w:t>
            </w:r>
          </w:p>
        </w:tc>
        <w:tc>
          <w:tcPr>
            <w:tcW w:type="dxa" w:w="2160"/>
          </w:tcPr>
          <w:p>
            <w:r>
              <w:t>Avant et après argumentés</w:t>
            </w:r>
          </w:p>
        </w:tc>
        <w:tc>
          <w:tcPr>
            <w:tcW w:type="dxa" w:w="2160"/>
          </w:tcPr>
          <w:p>
            <w:r>
              <w:t>4</w:t>
            </w:r>
          </w:p>
        </w:tc>
      </w:tr>
      <w:tr>
        <w:tc>
          <w:tcPr>
            <w:tcW w:type="dxa" w:w="2160"/>
          </w:tcPr>
          <w:p>
            <w:r>
              <w:t>Soin et orthographe</w:t>
            </w:r>
          </w:p>
        </w:tc>
        <w:tc>
          <w:tcPr>
            <w:tcW w:type="dxa" w:w="2160"/>
          </w:tcPr>
          <w:p>
            <w:r>
              <w:t>Illisible</w:t>
            </w:r>
          </w:p>
        </w:tc>
        <w:tc>
          <w:tcPr>
            <w:tcW w:type="dxa" w:w="2160"/>
          </w:tcPr>
          <w:p>
            <w:r>
              <w:t>Propre, relu</w:t>
            </w:r>
          </w:p>
        </w:tc>
        <w:tc>
          <w:tcPr>
            <w:tcW w:type="dxa" w:w="2160"/>
          </w:tcPr>
          <w:p>
            <w:r>
              <w:t>3</w:t>
            </w:r>
          </w:p>
        </w:tc>
      </w:tr>
    </w:tbl>
    <w:p>
      <w:r>
        <w:t>Grille de l'oral, sur dix points : tenue du temps de parole et posture, trois points. Clarté du plan annoncé, deux points. Précision des exemples tirés du carnet, trois points. Réponse aux questions du jury, deux points.</w:t>
      </w:r>
    </w:p>
    <w:p>
      <w:pPr>
        <w:pStyle w:val="Heading2"/>
      </w:pPr>
      <w:r>
        <w:t>Points de vigilance</w:t>
      </w:r>
    </w:p>
    <w:p>
      <w:r>
        <w:t>Les élèves sans réseau familial sont ceux qui trouvent le plus tard et le moins bien. Le point de contrôle à six semaines et le vivier de structures publiques sont les deux seuls remparts efficaces. Vérifiez aussi que chaque convention est revenue signée avant le départ, y compris pour les stages trouvés au dernier moment : un élève accueilli sans convention n'est pas couvert.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