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Journal de découverte des métiers (année)</w:t>
      </w:r>
    </w:p>
    <w:p>
      <w:pPr>
        <w:pStyle w:val="Title"/>
      </w:pPr>
      <w:r>
        <w:t>Fiche élève</w:t>
      </w:r>
    </w:p>
    <w:p>
      <w:pPr>
        <w:pStyle w:val="Heading1"/>
      </w:pPr>
      <w:r>
        <w:t>Mon journal de découverte des métiers</w:t>
      </w:r>
    </w:p>
    <w:p>
      <w:r>
        <w:t>Nom et prénom : ...................................................... Classe : .................. Année : ..................</w:t>
      </w:r>
    </w:p>
    <w:p>
      <w:pPr>
        <w:pStyle w:val="Heading2"/>
      </w:pPr>
      <w:r>
        <w:t>Page 1 : mon point de départ</w:t>
      </w:r>
    </w:p>
    <w:p>
      <w:r>
        <w:t>En septembre, les métiers que je connais un peu : ...................................................................................</w:t>
      </w:r>
    </w:p>
    <w:p>
      <w:r>
        <w:t>Ce que je voudrais découvrir cette année : ..........................................................................................</w:t>
      </w:r>
    </w:p>
    <w:p>
      <w:pPr>
        <w:pStyle w:val="Heading2"/>
      </w:pPr>
      <w:r>
        <w:t>Page métier (à recopier autant de fois que nécessaire)</w:t>
      </w:r>
    </w:p>
    <w:tbl>
      <w:tblPr>
        <w:tblStyle w:val="TableGrid"/>
        <w:tblW w:type="auto" w:w="0"/>
        <w:tblLook w:firstColumn="1" w:firstRow="1" w:lastColumn="0" w:lastRow="0" w:noHBand="0" w:noVBand="1" w:val="04A0"/>
      </w:tblPr>
      <w:tblGrid>
        <w:gridCol w:w="4320"/>
        <w:gridCol w:w="4320"/>
      </w:tblGrid>
      <w:tr>
        <w:tc>
          <w:tcPr>
            <w:tcW w:type="dxa" w:w="4320"/>
          </w:tcPr>
          <w:p>
            <w:r>
              <w:t>Rubrique</w:t>
            </w:r>
          </w:p>
        </w:tc>
        <w:tc>
          <w:tcPr>
            <w:tcW w:type="dxa" w:w="4320"/>
          </w:tcPr>
          <w:p>
            <w:r>
              <w:t>Ce que j'écris</w:t>
            </w:r>
          </w:p>
        </w:tc>
      </w:tr>
      <w:tr>
        <w:tc>
          <w:tcPr>
            <w:tcW w:type="dxa" w:w="4320"/>
          </w:tcPr>
          <w:p>
            <w:r>
              <w:t>Date</w:t>
            </w:r>
          </w:p>
        </w:tc>
        <w:tc>
          <w:tcPr>
            <w:tcW w:type="dxa" w:w="4320"/>
          </w:tcPr>
          <w:p/>
        </w:tc>
      </w:tr>
      <w:tr>
        <w:tc>
          <w:tcPr>
            <w:tcW w:type="dxa" w:w="4320"/>
          </w:tcPr>
          <w:p>
            <w:r>
              <w:t>Nom du métier</w:t>
            </w:r>
          </w:p>
        </w:tc>
        <w:tc>
          <w:tcPr>
            <w:tcW w:type="dxa" w:w="4320"/>
          </w:tcPr>
          <w:p/>
        </w:tc>
      </w:tr>
      <w:tr>
        <w:tc>
          <w:tcPr>
            <w:tcW w:type="dxa" w:w="4320"/>
          </w:tcPr>
          <w:p>
            <w:r>
              <w:t>Comment je l'ai découvert (visite, rencontre, recherche, stage)</w:t>
            </w:r>
          </w:p>
        </w:tc>
        <w:tc>
          <w:tcPr>
            <w:tcW w:type="dxa" w:w="4320"/>
          </w:tcPr>
          <w:p/>
        </w:tc>
      </w:tr>
      <w:tr>
        <w:tc>
          <w:tcPr>
            <w:tcW w:type="dxa" w:w="4320"/>
          </w:tcPr>
          <w:p>
            <w:r>
              <w:t>Ce que fait cette personne, en deux phrases</w:t>
            </w:r>
          </w:p>
        </w:tc>
        <w:tc>
          <w:tcPr>
            <w:tcW w:type="dxa" w:w="4320"/>
          </w:tcPr>
          <w:p/>
        </w:tc>
      </w:tr>
      <w:tr>
        <w:tc>
          <w:tcPr>
            <w:tcW w:type="dxa" w:w="4320"/>
          </w:tcPr>
          <w:p>
            <w:r>
              <w:t>Où elle travaille</w:t>
            </w:r>
          </w:p>
        </w:tc>
        <w:tc>
          <w:tcPr>
            <w:tcW w:type="dxa" w:w="4320"/>
          </w:tcPr>
          <w:p/>
        </w:tc>
      </w:tr>
      <w:tr>
        <w:tc>
          <w:tcPr>
            <w:tcW w:type="dxa" w:w="4320"/>
          </w:tcPr>
          <w:p>
            <w:r>
              <w:t>La formation qui y mène</w:t>
            </w:r>
          </w:p>
        </w:tc>
        <w:tc>
          <w:tcPr>
            <w:tcW w:type="dxa" w:w="4320"/>
          </w:tcPr>
          <w:p/>
        </w:tc>
      </w:tr>
      <w:tr>
        <w:tc>
          <w:tcPr>
            <w:tcW w:type="dxa" w:w="4320"/>
          </w:tcPr>
          <w:p>
            <w:r>
              <w:t>Ma source (nom de la page ou de la personne)</w:t>
            </w:r>
          </w:p>
        </w:tc>
        <w:tc>
          <w:tcPr>
            <w:tcW w:type="dxa" w:w="4320"/>
          </w:tcPr>
          <w:p/>
        </w:tc>
      </w:tr>
      <w:tr>
        <w:tc>
          <w:tcPr>
            <w:tcW w:type="dxa" w:w="4320"/>
          </w:tcPr>
          <w:p>
            <w:r>
              <w:t>Ce qui m'a surpris</w:t>
            </w:r>
          </w:p>
        </w:tc>
        <w:tc>
          <w:tcPr>
            <w:tcW w:type="dxa" w:w="4320"/>
          </w:tcPr>
          <w:p/>
        </w:tc>
      </w:tr>
      <w:tr>
        <w:tc>
          <w:tcPr>
            <w:tcW w:type="dxa" w:w="4320"/>
          </w:tcPr>
          <w:p>
            <w:r>
              <w:t>Est-ce que ça me tente ? Oui / Non / Peut-être, et pourquoi</w:t>
            </w:r>
          </w:p>
        </w:tc>
        <w:tc>
          <w:tcPr>
            <w:tcW w:type="dxa" w:w="4320"/>
          </w:tcPr>
          <w:p/>
        </w:tc>
      </w:tr>
    </w:tbl>
    <w:p>
      <w:pPr>
        <w:pStyle w:val="Heading2"/>
      </w:pPr>
      <w:r>
        <w:t>Page bilan de trimestre (décembre, mars, juin)</w:t>
      </w:r>
    </w:p>
    <w:p>
      <w:r>
        <w:t>Trimestre : ............................ Nombre de métiers découverts depuis le début : ............................</w:t>
      </w:r>
    </w:p>
    <w:p>
      <w:r>
        <w:t>Le métier qui m'a le plus marqué : ..................................................................................................</w:t>
      </w:r>
    </w:p>
    <w:p>
      <w:r>
        <w:t>Pourquoi : .........................................................................................................................</w:t>
      </w:r>
    </w:p>
    <w:p>
      <w:r>
        <w:t>Un métier que je croyais connaître et que j'ai découvert autrement : .................................................................</w:t>
      </w:r>
    </w:p>
    <w:p>
      <w:r>
        <w:t>Ce qui a changé dans mes envies depuis le dernier bilan : ............................................................................</w:t>
      </w:r>
    </w:p>
    <w:p>
      <w:r>
        <w:t>....................................................................................................................................</w:t>
      </w:r>
    </w:p>
    <w:p>
      <w:r>
        <w:t>La question que je veux poser ce trimestre, et à qui : ...............................................................................</w:t>
      </w:r>
    </w:p>
    <w:p>
      <w:pPr>
        <w:pStyle w:val="Heading2"/>
      </w:pPr>
      <w:r>
        <w:t>Dernière page : ce que je garde</w:t>
      </w:r>
    </w:p>
    <w:p>
      <w:r>
        <w:t>Trois métiers que je veux explorer l'an prochain : 1. .................. 2. .................. 3. ..................</w:t>
      </w:r>
    </w:p>
    <w:p>
      <w:r>
        <w:t>Une formation que j'ai repérée : ....................................................................................................</w:t>
      </w:r>
    </w:p>
    <w:p>
      <w:r>
        <w:t>Une chose que j'ai apprise sur moi cette année : .....................................................................................</w:t>
      </w:r>
    </w:p>
    <w:p>
      <w:pPr>
        <w:pStyle w:val="Title"/>
      </w:pPr>
      <w:r>
        <w:t>Fiche enseignant</w:t>
      </w:r>
    </w:p>
    <w:p>
      <w:pPr>
        <w:pStyle w:val="Heading1"/>
      </w:pPr>
      <w:r>
        <w:t>Objectifs</w:t>
      </w:r>
    </w:p>
    <w:p>
      <w:pPr>
        <w:pStyle w:val="ListBullet"/>
      </w:pPr>
      <w:r>
        <w:t>Garder une trace écrite et datée de chaque découverte de métier faite dans l'année.</w:t>
      </w:r>
    </w:p>
    <w:p>
      <w:pPr>
        <w:pStyle w:val="ListBullet"/>
      </w:pPr>
      <w:r>
        <w:t>Décrire au moins six métiers différents entre septembre et juin, avec la source consultée.</w:t>
      </w:r>
    </w:p>
    <w:p>
      <w:pPr>
        <w:pStyle w:val="ListBullet"/>
      </w:pPr>
      <w:r>
        <w:t>Formuler à chaque trimestre ce qui a changé dans ses envies et ses questions.</w:t>
      </w:r>
    </w:p>
    <w:p>
      <w:pPr>
        <w:pStyle w:val="ListBullet"/>
      </w:pPr>
      <w:r>
        <w:t>Constituer un support concret pour l'entretien d'orientation et l'oral du diplôme national du brevet.</w:t>
      </w:r>
    </w:p>
    <w:p>
      <w:pPr>
        <w:pStyle w:val="Heading1"/>
      </w:pPr>
      <w:r>
        <w:t>Déroulé</w:t>
      </w:r>
    </w:p>
    <w:p>
      <w:pPr>
        <w:pStyle w:val="ListBullet"/>
      </w:pPr>
      <w:r>
        <w:t>Lancement, 30 min en septembre : présentation du carnet, distribution, remplissage de la page d'identité et de la première page métier.</w:t>
      </w:r>
    </w:p>
    <w:p>
      <w:pPr>
        <w:pStyle w:val="ListBullet"/>
      </w:pPr>
      <w:r>
        <w:t>Après chaque activité, 10 min : une page métier complétée à la suite d'une visite, d'une rencontre ou d'une recherche.</w:t>
      </w:r>
    </w:p>
    <w:p>
      <w:pPr>
        <w:pStyle w:val="ListBullet"/>
      </w:pPr>
      <w:r>
        <w:t>Bilan du premier trimestre, 20 min en décembre : relecture, page bilan, une question à poser.</w:t>
      </w:r>
    </w:p>
    <w:p>
      <w:pPr>
        <w:pStyle w:val="ListBullet"/>
      </w:pPr>
      <w:r>
        <w:t>Bilan du deuxième trimestre, 20 min en mars : mêmes rubriques, comparaison avec décembre.</w:t>
      </w:r>
    </w:p>
    <w:p>
      <w:pPr>
        <w:pStyle w:val="ListBullet"/>
      </w:pPr>
      <w:r>
        <w:t>Bilan de fin d'année, 30 min en juin : page de synthèse, ce que je garde, ce que je veux explorer l'an prochain.</w:t>
      </w:r>
    </w:p>
    <w:p>
      <w:pPr>
        <w:pStyle w:val="Heading1"/>
      </w:pPr>
      <w:r>
        <w:t>Fiche enseignant : le journal de découverte des métiers</w:t>
      </w:r>
    </w:p>
    <w:p>
      <w:pPr>
        <w:pStyle w:val="Heading2"/>
      </w:pPr>
      <w:r>
        <w:t>Objectifs</w:t>
      </w:r>
    </w:p>
    <w:p>
      <w:pPr>
        <w:pStyle w:val="ListBullet"/>
      </w:pPr>
      <w:r>
        <w:t>Installer une trace écrite continue des activités de découverte des métiers, de la 5e à la 3e.</w:t>
      </w:r>
    </w:p>
    <w:p>
      <w:pPr>
        <w:pStyle w:val="ListBullet"/>
      </w:pPr>
      <w:r>
        <w:t>Faire écrire court et souvent plutôt que long et une fois.</w:t>
      </w:r>
    </w:p>
    <w:p>
      <w:pPr>
        <w:pStyle w:val="ListBullet"/>
      </w:pPr>
      <w:r>
        <w:t>Imposer la mention d'une source à chaque page, comme réflexe durable.</w:t>
      </w:r>
    </w:p>
    <w:p>
      <w:pPr>
        <w:pStyle w:val="ListBullet"/>
      </w:pPr>
      <w:r>
        <w:t>Fournir à l'élève un support concret pour l'entretien d'orientation et pour l'oral du diplôme national du brevet.</w:t>
      </w:r>
    </w:p>
    <w:p>
      <w:pPr>
        <w:pStyle w:val="Heading2"/>
      </w:pPr>
      <w:r>
        <w:t>Déroulé détaillé sur l'année</w:t>
      </w:r>
    </w:p>
    <w:p>
      <w:pPr>
        <w:pStyle w:val="ListBullet"/>
      </w:pPr>
      <w:r>
        <w:t>Septembre, 30 min. Distribution, page de départ, première page métier remplie collectivement à partir d'une fiche du hub. La démonstration vaut consigne.</w:t>
      </w:r>
    </w:p>
    <w:p>
      <w:pPr>
        <w:pStyle w:val="ListBullet"/>
      </w:pPr>
      <w:r>
        <w:t>Après chaque activité, 10 min. Une page métier. Le créneau est court et non négociable, il se prend en fin de séance.</w:t>
      </w:r>
    </w:p>
    <w:p>
      <w:pPr>
        <w:pStyle w:val="ListBullet"/>
      </w:pPr>
      <w:r>
        <w:t>Décembre, 20 min. Premier bilan trimestriel. Vous passez dans les rangs et repérez les carnets vides.</w:t>
      </w:r>
    </w:p>
    <w:p>
      <w:pPr>
        <w:pStyle w:val="ListBullet"/>
      </w:pPr>
      <w:r>
        <w:t>Mars, 20 min. Deuxième bilan, avec comparaison explicite au bilan de décembre.</w:t>
      </w:r>
    </w:p>
    <w:p>
      <w:pPr>
        <w:pStyle w:val="ListBullet"/>
      </w:pPr>
      <w:r>
        <w:t>Juin, 30 min. Dernière page, mise en commun orale de trois minutes par élève volontaire, transmission du carnet pour l'année suivante.</w:t>
      </w:r>
    </w:p>
    <w:p>
      <w:pPr>
        <w:pStyle w:val="Heading2"/>
      </w:pPr>
      <w:r>
        <w:t>Attendus</w:t>
      </w:r>
    </w:p>
    <w:p>
      <w:r>
        <w:t>Un carnet complet comporte au minimum six pages métier datées sur l'année, trois bilans trimestriels et une page finale. Chaque page métier indique une source identifiable. En 3e, au moins une page porte sur la séquence d'observation en entreprise. La longueur n'est pas un critère : deux phrases justes valent mieux qu'une demi-page recopiée.</w:t>
      </w:r>
    </w:p>
    <w:p>
      <w:pPr>
        <w:pStyle w:val="Heading2"/>
      </w:pPr>
      <w:r>
        <w:t>Grille d'évaluation</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Critère</w:t>
            </w:r>
          </w:p>
        </w:tc>
        <w:tc>
          <w:tcPr>
            <w:tcW w:type="dxa" w:w="1728"/>
          </w:tcPr>
          <w:p>
            <w:r>
              <w:t>Non atteint</w:t>
            </w:r>
          </w:p>
        </w:tc>
        <w:tc>
          <w:tcPr>
            <w:tcW w:type="dxa" w:w="1728"/>
          </w:tcPr>
          <w:p>
            <w:r>
              <w:t>En cours</w:t>
            </w:r>
          </w:p>
        </w:tc>
        <w:tc>
          <w:tcPr>
            <w:tcW w:type="dxa" w:w="1728"/>
          </w:tcPr>
          <w:p>
            <w:r>
              <w:t>Atteint</w:t>
            </w:r>
          </w:p>
        </w:tc>
        <w:tc>
          <w:tcPr>
            <w:tcW w:type="dxa" w:w="1728"/>
          </w:tcPr>
          <w:p>
            <w:r>
              <w:t>Dépassé</w:t>
            </w:r>
          </w:p>
        </w:tc>
      </w:tr>
      <w:tr>
        <w:tc>
          <w:tcPr>
            <w:tcW w:type="dxa" w:w="1728"/>
          </w:tcPr>
          <w:p>
            <w:r>
              <w:t>Régularité</w:t>
            </w:r>
          </w:p>
        </w:tc>
        <w:tc>
          <w:tcPr>
            <w:tcW w:type="dxa" w:w="1728"/>
          </w:tcPr>
          <w:p>
            <w:r>
              <w:t>Moins de deux pages</w:t>
            </w:r>
          </w:p>
        </w:tc>
        <w:tc>
          <w:tcPr>
            <w:tcW w:type="dxa" w:w="1728"/>
          </w:tcPr>
          <w:p>
            <w:r>
              <w:t>Trois à cinq pages</w:t>
            </w:r>
          </w:p>
        </w:tc>
        <w:tc>
          <w:tcPr>
            <w:tcW w:type="dxa" w:w="1728"/>
          </w:tcPr>
          <w:p>
            <w:r>
              <w:t>Six pages ou plus, réparties sur l'année</w:t>
            </w:r>
          </w:p>
        </w:tc>
        <w:tc>
          <w:tcPr>
            <w:tcW w:type="dxa" w:w="1728"/>
          </w:tcPr>
          <w:p>
            <w:r>
              <w:t>Pages régulières et initiatives personnelles</w:t>
            </w:r>
          </w:p>
        </w:tc>
      </w:tr>
      <w:tr>
        <w:tc>
          <w:tcPr>
            <w:tcW w:type="dxa" w:w="1728"/>
          </w:tcPr>
          <w:p>
            <w:r>
              <w:t>Précision des descriptions</w:t>
            </w:r>
          </w:p>
        </w:tc>
        <w:tc>
          <w:tcPr>
            <w:tcW w:type="dxa" w:w="1728"/>
          </w:tcPr>
          <w:p>
            <w:r>
              <w:t>Copies sans compréhension</w:t>
            </w:r>
          </w:p>
        </w:tc>
        <w:tc>
          <w:tcPr>
            <w:tcW w:type="dxa" w:w="1728"/>
          </w:tcPr>
          <w:p>
            <w:r>
              <w:t>Descriptions vagues</w:t>
            </w:r>
          </w:p>
        </w:tc>
        <w:tc>
          <w:tcPr>
            <w:tcW w:type="dxa" w:w="1728"/>
          </w:tcPr>
          <w:p>
            <w:r>
              <w:t>Descriptions justes et personnelles</w:t>
            </w:r>
          </w:p>
        </w:tc>
        <w:tc>
          <w:tcPr>
            <w:tcW w:type="dxa" w:w="1728"/>
          </w:tcPr>
          <w:p>
            <w:r>
              <w:t>Comparaison entre deux métiers proches</w:t>
            </w:r>
          </w:p>
        </w:tc>
      </w:tr>
      <w:tr>
        <w:tc>
          <w:tcPr>
            <w:tcW w:type="dxa" w:w="1728"/>
          </w:tcPr>
          <w:p>
            <w:r>
              <w:t>Sources</w:t>
            </w:r>
          </w:p>
        </w:tc>
        <w:tc>
          <w:tcPr>
            <w:tcW w:type="dxa" w:w="1728"/>
          </w:tcPr>
          <w:p>
            <w:r>
              <w:t>Aucune source</w:t>
            </w:r>
          </w:p>
        </w:tc>
        <w:tc>
          <w:tcPr>
            <w:tcW w:type="dxa" w:w="1728"/>
          </w:tcPr>
          <w:p>
            <w:r>
              <w:t>Sources partielles</w:t>
            </w:r>
          </w:p>
        </w:tc>
        <w:tc>
          <w:tcPr>
            <w:tcW w:type="dxa" w:w="1728"/>
          </w:tcPr>
          <w:p>
            <w:r>
              <w:t>Une source par page</w:t>
            </w:r>
          </w:p>
        </w:tc>
        <w:tc>
          <w:tcPr>
            <w:tcW w:type="dxa" w:w="1728"/>
          </w:tcPr>
          <w:p>
            <w:r>
              <w:t>Sources croisées sur une page au moins</w:t>
            </w:r>
          </w:p>
        </w:tc>
      </w:tr>
      <w:tr>
        <w:tc>
          <w:tcPr>
            <w:tcW w:type="dxa" w:w="1728"/>
          </w:tcPr>
          <w:p>
            <w:r>
              <w:t>Bilans trimestriels</w:t>
            </w:r>
          </w:p>
        </w:tc>
        <w:tc>
          <w:tcPr>
            <w:tcW w:type="dxa" w:w="1728"/>
          </w:tcPr>
          <w:p>
            <w:r>
              <w:t>Aucun bilan</w:t>
            </w:r>
          </w:p>
        </w:tc>
        <w:tc>
          <w:tcPr>
            <w:tcW w:type="dxa" w:w="1728"/>
          </w:tcPr>
          <w:p>
            <w:r>
              <w:t>Un bilan</w:t>
            </w:r>
          </w:p>
        </w:tc>
        <w:tc>
          <w:tcPr>
            <w:tcW w:type="dxa" w:w="1728"/>
          </w:tcPr>
          <w:p>
            <w:r>
              <w:t>Trois bilans complets</w:t>
            </w:r>
          </w:p>
        </w:tc>
        <w:tc>
          <w:tcPr>
            <w:tcW w:type="dxa" w:w="1728"/>
          </w:tcPr>
          <w:p>
            <w:r>
              <w:t>Évolution des envies expliquée d'un bilan à l'autre</w:t>
            </w:r>
          </w:p>
        </w:tc>
      </w:tr>
    </w:tbl>
    <w:p>
      <w:pPr>
        <w:pStyle w:val="Heading2"/>
      </w:pPr>
      <w:r>
        <w:t>Après l'année</w:t>
      </w:r>
    </w:p>
    <w:p>
      <w:r>
        <w:t>Récupérez les carnets en juin et redistribuez-les à la rentrée suivante. Un élève qui relit sa page de septembre mesure le chemin parcouru, et l'effet sur son engagement est immédiat.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