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Découvrir 5 secteurs professionnels en classe</w:t>
      </w:r>
    </w:p>
    <w:p>
      <w:pPr>
        <w:pStyle w:val="Title"/>
      </w:pPr>
      <w:r>
        <w:t>Fiche élève</w:t>
      </w:r>
    </w:p>
    <w:p>
      <w:pPr>
        <w:pStyle w:val="Heading1"/>
      </w:pPr>
      <w:r>
        <w:t>Fiche élève : cinq secteurs, cinq mondes de travail</w:t>
      </w:r>
    </w:p>
    <w:p>
      <w:r>
        <w:t>Nom et prénom : ......................................................... Classe : ...............</w:t>
      </w:r>
    </w:p>
    <w:p>
      <w:r>
        <w:t>Secteur travaillé par mon groupe : .........................................................</w:t>
      </w:r>
    </w:p>
    <w:p>
      <w:pPr>
        <w:pStyle w:val="Heading2"/>
      </w:pPr>
      <w:r>
        <w:t>1. Le secteur en trois lignes</w:t>
      </w:r>
    </w:p>
    <w:p>
      <w:r>
        <w:t>Que fabrique-t-on, que soigne-t-on, que vend-on ou que répare-t-on dans ce secteur ?</w:t>
      </w:r>
    </w:p>
    <w:p>
      <w:r>
        <w:t>.................................................................................................................</w:t>
      </w:r>
    </w:p>
    <w:p>
      <w:r>
        <w:t>.................................................................................................................</w:t>
      </w:r>
    </w:p>
    <w:p>
      <w:pPr>
        <w:pStyle w:val="Heading2"/>
      </w:pPr>
      <w:r>
        <w:t>2. Trois métiers du secteur</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Nom du métier</w:t>
            </w:r>
          </w:p>
        </w:tc>
        <w:tc>
          <w:tcPr>
            <w:tcW w:type="dxa" w:w="2160"/>
          </w:tcPr>
          <w:p>
            <w:r>
              <w:t>Ce que la personne fait de ses journées</w:t>
            </w:r>
          </w:p>
        </w:tc>
        <w:tc>
          <w:tcPr>
            <w:tcW w:type="dxa" w:w="2160"/>
          </w:tcPr>
          <w:p>
            <w:r>
              <w:t>Où elle travaille</w:t>
            </w:r>
          </w:p>
        </w:tc>
        <w:tc>
          <w:tcPr>
            <w:tcW w:type="dxa" w:w="2160"/>
          </w:tcPr>
          <w:p>
            <w:r>
              <w:t>Formation à partir de la 3e</w:t>
            </w: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bl>
    <w:p>
      <w:pPr>
        <w:pStyle w:val="Heading2"/>
      </w:pPr>
      <w:r>
        <w:t>3. Vrai ou faux dans ma tête avant la séance</w:t>
      </w:r>
    </w:p>
    <w:p>
      <w:r>
        <w:t>Écrivez une idée que vous aviez sur ce secteur et dites si elle s'est vérifiée.</w:t>
      </w:r>
    </w:p>
    <w:p>
      <w:r>
        <w:t>Je pensais que : .................................................................................................</w:t>
      </w:r>
    </w:p>
    <w:p>
      <w:r>
        <w:t>En fait : .............................................................................................................</w:t>
      </w:r>
    </w:p>
    <w:p>
      <w:pPr>
        <w:pStyle w:val="Heading2"/>
      </w:pPr>
      <w:r>
        <w:t>4. Le métier qui m'a surpris</w:t>
      </w:r>
    </w:p>
    <w:p>
      <w:r>
        <w:t>Nom du métier : .................................................................................................</w:t>
      </w:r>
    </w:p>
    <w:p>
      <w:r>
        <w:t>Pourquoi il m'a surpris : ......................................................................................</w:t>
      </w:r>
    </w:p>
    <w:p>
      <w:r>
        <w:t>.................................................................................................................</w:t>
      </w:r>
    </w:p>
    <w:p>
      <w:pPr>
        <w:pStyle w:val="Heading2"/>
      </w:pPr>
      <w:r>
        <w:t>5. Ce que je dis à la classe en deux minutes</w:t>
      </w:r>
    </w:p>
    <w:p>
      <w:r>
        <w:t>Préparez trois phrases. Une pour dire ce qu'est le secteur, une pour présenter le métier le plus étonnant, une pour dire ce qu'il faut faire après la 3e pour y aller.</w:t>
      </w:r>
    </w:p>
    <w:p>
      <w:r>
        <w:t>Phrase 1 : .........................................................................................................</w:t>
      </w:r>
    </w:p>
    <w:p>
      <w:r>
        <w:t>Phrase 2 : .........................................................................................................</w:t>
      </w:r>
    </w:p>
    <w:p>
      <w:r>
        <w:t>Phrase 3 : .........................................................................................................</w:t>
      </w:r>
    </w:p>
    <w:p>
      <w:pPr>
        <w:pStyle w:val="Heading2"/>
      </w:pPr>
      <w:r>
        <w:t>6. Après les restitutions</w:t>
      </w:r>
    </w:p>
    <w:tbl>
      <w:tblPr>
        <w:tblStyle w:val="TableGrid"/>
        <w:tblW w:type="auto" w:w="0"/>
        <w:tblLook w:firstColumn="1" w:firstRow="1" w:lastColumn="0" w:lastRow="0" w:noHBand="0" w:noVBand="1" w:val="04A0"/>
      </w:tblPr>
      <w:tblGrid>
        <w:gridCol w:w="4320"/>
        <w:gridCol w:w="4320"/>
      </w:tblGrid>
      <w:tr>
        <w:tc>
          <w:tcPr>
            <w:tcW w:type="dxa" w:w="4320"/>
          </w:tcPr>
          <w:p>
            <w:r>
              <w:t>Secteur</w:t>
            </w:r>
          </w:p>
        </w:tc>
        <w:tc>
          <w:tcPr>
            <w:tcW w:type="dxa" w:w="4320"/>
          </w:tcPr>
          <w:p>
            <w:r>
              <w:t>Un métier que je retiens</w:t>
            </w: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bl>
    <w:p>
      <w:pPr>
        <w:pStyle w:val="Heading2"/>
      </w:pPr>
      <w:r>
        <w:t>7. Consignes de travail</w:t>
      </w:r>
    </w:p>
    <w:p>
      <w:r>
        <w:t>Vous travaillez en groupe de quatre, sur un seul secteur, pendant vingt minutes. Répartissez les rôles au départ : une personne cherche les métiers, une note les formations, une prépare les trois phrases de la restitution, une surveille le temps. Sans répartition, un groupe passe vingt minutes à lire et ne restitue rien.</w:t>
      </w:r>
    </w:p>
    <w:p>
      <w:r>
        <w:t>Prenez vos informations uniquement dans les fiches proposées par votre professeur. Recopiez le nom exact des métiers, sans le déformer, car ce nom vous servira ensuite pour retrouver la fiche complète.</w:t>
      </w:r>
    </w:p>
    <w:p>
      <w:pPr>
        <w:pStyle w:val="Heading2"/>
      </w:pPr>
      <w:r>
        <w:t>8. Ce qui est évalué</w:t>
      </w:r>
    </w:p>
    <w:p>
      <w:r>
        <w:t>La précision des métiers cités, la clarté des trois phrases de restitution et le respect du temps de parole. Un groupe qui présente trois métiers précis fait mieux qu'un groupe qui en cite dix sans savoir ce qu'ils font. Vous n'êtes pas évalués sur le secteur que vous avez tiré, seulement sur ce que vous en dites.</w:t>
      </w:r>
    </w:p>
    <w:p>
      <w:pPr>
        <w:pStyle w:val="Title"/>
      </w:pPr>
      <w:r>
        <w:t>Fiche enseignant</w:t>
      </w:r>
    </w:p>
    <w:p>
      <w:pPr>
        <w:pStyle w:val="Heading1"/>
      </w:pPr>
      <w:r>
        <w:t>Objectifs</w:t>
      </w:r>
    </w:p>
    <w:p>
      <w:pPr>
        <w:pStyle w:val="ListBullet"/>
      </w:pPr>
      <w:r>
        <w:t>Nommer cinq secteurs professionnels et citer au moins trois métiers dans chacun.</w:t>
      </w:r>
    </w:p>
    <w:p>
      <w:pPr>
        <w:pStyle w:val="ListBullet"/>
      </w:pPr>
      <w:r>
        <w:t>Distinguer un secteur, un métier et une formation, trois mots que les élèves confondent souvent.</w:t>
      </w:r>
    </w:p>
    <w:p>
      <w:pPr>
        <w:pStyle w:val="ListBullet"/>
      </w:pPr>
      <w:r>
        <w:t>Lire une fiche métier et en extraire quatre informations utiles : activités, conditions de travail, formation, débouchés.</w:t>
      </w:r>
    </w:p>
    <w:p>
      <w:pPr>
        <w:pStyle w:val="ListBullet"/>
      </w:pPr>
      <w:r>
        <w:t>Prendre la parole deux minutes devant la classe pour présenter un secteur.</w:t>
      </w:r>
    </w:p>
    <w:p>
      <w:pPr>
        <w:pStyle w:val="ListBullet"/>
      </w:pPr>
      <w:r>
        <w:t>Repérer qu'un même secteur emploie des personnes de niveaux de diplôme très différents.</w:t>
      </w:r>
    </w:p>
    <w:p>
      <w:pPr>
        <w:pStyle w:val="Heading1"/>
      </w:pPr>
      <w:r>
        <w:t>Déroulé</w:t>
      </w:r>
    </w:p>
    <w:p>
      <w:pPr>
        <w:pStyle w:val="ListBullet"/>
      </w:pPr>
      <w:r>
        <w:t>Lancement collectif (10 min) : projection des diapositives 1 à 3, recueil des représentations au tableau, mise au point sur les mots secteur, métier, formation.</w:t>
      </w:r>
    </w:p>
    <w:p>
      <w:pPr>
        <w:pStyle w:val="ListBullet"/>
      </w:pPr>
      <w:r>
        <w:t>Constitution des groupes (5 min) : cinq groupes, un secteur tiré au sort par groupe parmi les cinq retenus.</w:t>
      </w:r>
    </w:p>
    <w:p>
      <w:pPr>
        <w:pStyle w:val="ListBullet"/>
      </w:pPr>
      <w:r>
        <w:t>Exploration guidée (35 min) : chaque groupe complète la fiche élève à partir de la page secteur du hub et de deux fiches métiers imposées.</w:t>
      </w:r>
    </w:p>
    <w:p>
      <w:pPr>
        <w:pStyle w:val="ListBullet"/>
      </w:pPr>
      <w:r>
        <w:t>Préparation de la restitution (10 min) : le groupe choisit ses trois informations à retenir et désigne deux porte-parole.</w:t>
      </w:r>
    </w:p>
    <w:p>
      <w:pPr>
        <w:pStyle w:val="ListBullet"/>
      </w:pPr>
      <w:r>
        <w:t>Restitutions (30 min, séance 2) : cinq passages de deux minutes, les autres élèves complètent le tableau de synthèse.</w:t>
      </w:r>
    </w:p>
    <w:p>
      <w:pPr>
        <w:pStyle w:val="ListBullet"/>
      </w:pPr>
      <w:r>
        <w:t>Mise en commun et trace écrite (20 min) : construction collective du tableau des cinq secteurs, correction des idées reçues repérées.</w:t>
      </w:r>
    </w:p>
    <w:p>
      <w:pPr>
        <w:pStyle w:val="ListBullet"/>
      </w:pPr>
      <w:r>
        <w:t>Clôture (10 min) : chaque élève écrit le secteur qui l'a le plus surpris et pourquoi.</w:t>
      </w:r>
    </w:p>
    <w:p>
      <w:pPr>
        <w:pStyle w:val="Heading1"/>
      </w:pPr>
      <w:r>
        <w:t>Fiche enseignant</w:t>
      </w:r>
    </w:p>
    <w:p>
      <w:pPr>
        <w:pStyle w:val="Heading2"/>
      </w:pPr>
      <w:r>
        <w:t>Objectifs visés</w:t>
      </w:r>
    </w:p>
    <w:p>
      <w:pPr>
        <w:pStyle w:val="ListBullet"/>
      </w:pPr>
      <w:r>
        <w:t>Installer le triplet secteur, métier, formation comme vocabulaire commun de la classe.</w:t>
      </w:r>
    </w:p>
    <w:p>
      <w:pPr>
        <w:pStyle w:val="ListBullet"/>
      </w:pPr>
      <w:r>
        <w:t>Faire lire une fiche métier de façon sélective, sans recopie.</w:t>
      </w:r>
    </w:p>
    <w:p>
      <w:pPr>
        <w:pStyle w:val="ListBullet"/>
      </w:pPr>
      <w:r>
        <w:t>Élargir le répertoire de métiers connus des élèves, en particulier hors des métiers très visibles.</w:t>
      </w:r>
    </w:p>
    <w:p>
      <w:pPr>
        <w:pStyle w:val="ListBullet"/>
      </w:pPr>
      <w:r>
        <w:t>Faire prendre la parole chaque groupe deux minutes devant la classe.</w:t>
      </w:r>
    </w:p>
    <w:p>
      <w:pPr>
        <w:pStyle w:val="Heading2"/>
      </w:pPr>
      <w:r>
        <w:t>Déroulé détaillé</w:t>
      </w:r>
    </w:p>
    <w:p>
      <w:r>
        <w:t>Séance 1 (55 min). Lancement au tableau : demandez dix métiers spontanés, classez-les à voix haute par secteur, laissez apparaître les trous. Constituez les groupes, distribuez la fiche élève, imposez deux métiers par groupe pour éviter que tous choisissent le même. Circulez avec la question « que fait cette personne de ses journées ». Cinq minutes avant la fin, faites choisir les trois phrases de restitution.</w:t>
      </w:r>
    </w:p>
    <w:p>
      <w:r>
        <w:t>Séance 2 (55 min). Cinq restitutions de deux minutes, chronométrées. Les élèves auditeurs remplissent le tableau de la partie 6. Construisez ensuite le tableau collectif au tableau, puis faites écrire la trace écrite individuelle.</w:t>
      </w:r>
    </w:p>
    <w:p>
      <w:pPr>
        <w:pStyle w:val="Heading2"/>
      </w:pPr>
      <w:r>
        <w:t>Attendus et corrigé</w:t>
      </w:r>
    </w:p>
    <w:p>
      <w:r>
        <w:t>Il n'y a pas de corrigé unique, les secteurs varient selon votre choix. Trois attendus font foi. D'abord, chaque métier cité doit exister dans le hub, ce qui exclut les métiers inventés ou les intitulés de séries télévisées. Ensuite, la colonne « ce que la personne fait de ses journées » doit contenir des verbes d'action concrets, pas des adjectifs. Enfin, la colonne formation doit distinguer au moins deux voies possibles après la 3e.</w:t>
      </w:r>
    </w:p>
    <w:p>
      <w:r>
        <w:t>Erreur fréquente à corriger explicitement : confondre le lieu de travail et le secteur. Un comptable qui travaille dans un hôpital relève des métiers de la gestion, pas de la santé.</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Observable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Informations relevées sur les métiers</w:t>
            </w:r>
          </w:p>
        </w:tc>
        <w:tc>
          <w:tcPr>
            <w:tcW w:type="dxa" w:w="1728"/>
          </w:tcPr>
          <w:p>
            <w:r>
              <w:t>Copie des phrases du site</w:t>
            </w:r>
          </w:p>
        </w:tc>
        <w:tc>
          <w:tcPr>
            <w:tcW w:type="dxa" w:w="1728"/>
          </w:tcPr>
          <w:p>
            <w:r>
              <w:t>Deux métiers renseignés</w:t>
            </w:r>
          </w:p>
        </w:tc>
        <w:tc>
          <w:tcPr>
            <w:tcW w:type="dxa" w:w="1728"/>
          </w:tcPr>
          <w:p>
            <w:r>
              <w:t>Trois métiers renseignés avec des verbes d'action</w:t>
            </w:r>
          </w:p>
        </w:tc>
        <w:tc>
          <w:tcPr>
            <w:tcW w:type="dxa" w:w="1728"/>
          </w:tcPr>
          <w:p>
            <w:r>
              <w:t>Ajoute un métier trouvé seul</w:t>
            </w:r>
          </w:p>
        </w:tc>
      </w:tr>
      <w:tr>
        <w:tc>
          <w:tcPr>
            <w:tcW w:type="dxa" w:w="1728"/>
          </w:tcPr>
          <w:p>
            <w:r>
              <w:t>Distinction secteur, métier, formation</w:t>
            </w:r>
          </w:p>
        </w:tc>
        <w:tc>
          <w:tcPr>
            <w:tcW w:type="dxa" w:w="1728"/>
          </w:tcPr>
          <w:p>
            <w:r>
              <w:t>Les trois mots sont confondus</w:t>
            </w:r>
          </w:p>
        </w:tc>
        <w:tc>
          <w:tcPr>
            <w:tcW w:type="dxa" w:w="1728"/>
          </w:tcPr>
          <w:p>
            <w:r>
              <w:t>Deux mots distingués</w:t>
            </w:r>
          </w:p>
        </w:tc>
        <w:tc>
          <w:tcPr>
            <w:tcW w:type="dxa" w:w="1728"/>
          </w:tcPr>
          <w:p>
            <w:r>
              <w:t>Les trois mots sont employés correctement</w:t>
            </w:r>
          </w:p>
        </w:tc>
        <w:tc>
          <w:tcPr>
            <w:tcW w:type="dxa" w:w="1728"/>
          </w:tcPr>
          <w:p>
            <w:r>
              <w:t>Explique le lien entre les trois à la classe</w:t>
            </w:r>
          </w:p>
        </w:tc>
      </w:tr>
      <w:tr>
        <w:tc>
          <w:tcPr>
            <w:tcW w:type="dxa" w:w="1728"/>
          </w:tcPr>
          <w:p>
            <w:r>
              <w:t>Prise de parole</w:t>
            </w:r>
          </w:p>
        </w:tc>
        <w:tc>
          <w:tcPr>
            <w:tcW w:type="dxa" w:w="1728"/>
          </w:tcPr>
          <w:p>
            <w:r>
              <w:t>Lecture intégrale de la fiche</w:t>
            </w:r>
          </w:p>
        </w:tc>
        <w:tc>
          <w:tcPr>
            <w:tcW w:type="dxa" w:w="1728"/>
          </w:tcPr>
          <w:p>
            <w:r>
              <w:t>Parle mais dépasse le temps</w:t>
            </w:r>
          </w:p>
        </w:tc>
        <w:tc>
          <w:tcPr>
            <w:tcW w:type="dxa" w:w="1728"/>
          </w:tcPr>
          <w:p>
            <w:r>
              <w:t>Trois phrases claires en deux minutes</w:t>
            </w:r>
          </w:p>
        </w:tc>
        <w:tc>
          <w:tcPr>
            <w:tcW w:type="dxa" w:w="1728"/>
          </w:tcPr>
          <w:p>
            <w:r>
              <w:t>Répond à une question de la classe</w:t>
            </w:r>
          </w:p>
        </w:tc>
      </w:tr>
      <w:tr>
        <w:tc>
          <w:tcPr>
            <w:tcW w:type="dxa" w:w="1728"/>
          </w:tcPr>
          <w:p>
            <w:r>
              <w:t>Coopération dans le groupe</w:t>
            </w:r>
          </w:p>
        </w:tc>
        <w:tc>
          <w:tcPr>
            <w:tcW w:type="dxa" w:w="1728"/>
          </w:tcPr>
          <w:p>
            <w:r>
              <w:t>Ne participe pas</w:t>
            </w:r>
          </w:p>
        </w:tc>
        <w:tc>
          <w:tcPr>
            <w:tcW w:type="dxa" w:w="1728"/>
          </w:tcPr>
          <w:p>
            <w:r>
              <w:t>Participe si sollicité</w:t>
            </w:r>
          </w:p>
        </w:tc>
        <w:tc>
          <w:tcPr>
            <w:tcW w:type="dxa" w:w="1728"/>
          </w:tcPr>
          <w:p>
            <w:r>
              <w:t>Tient un rôle jusqu'au bout</w:t>
            </w:r>
          </w:p>
        </w:tc>
        <w:tc>
          <w:tcPr>
            <w:tcW w:type="dxa" w:w="1728"/>
          </w:tcPr>
          <w:p>
            <w:r>
              <w:t>Aide un camarade en difficulté</w:t>
            </w:r>
          </w:p>
        </w:tc>
      </w:tr>
    </w:tbl>
    <w:p>
      <w:pPr>
        <w:pStyle w:val="Heading2"/>
      </w:pPr>
      <w:r>
        <w:t>Trace pour le suivi du parcours Avenir</w:t>
      </w:r>
    </w:p>
    <w:p>
      <w:r>
        <w:t>Notez pour chaque élève les deux secteurs qu'il a retenus et le métier qui l'a surpris. Cette information servira de point de départ à l'entretien de 4e et à la préparation du stage d'observation en 3e.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